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采购文件模板（RFP）</w:t>
      </w:r>
    </w:p>
    <w:p>
      <w:pPr>
        <w:jc w:val="center"/>
      </w:pPr>
      <w:r>
        <w:rPr>
          <w:color w:val="666666"/>
          <w:sz w:val="28"/>
        </w:rPr>
        <w:t>PMBOK | 实施采购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采购文件模板（RFP）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PMBOK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实施采购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建议书邀请书的文档模板，用于邀请潜在卖方提交建议书。</w:t>
      </w:r>
    </w:p>
    <w:p>
      <w:pPr>
        <w:pStyle w:val="Heading1"/>
      </w:pPr>
      <w:r>
        <w:t>2. 内容</w:t>
      </w:r>
    </w:p>
    <w:p>
      <w:r>
        <w:t>请根据实际项目情况填写以下内容。本模板基于PMBOK框架的实施采购过程编制，适用于相关项目管理活动。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本工具用于辅助实施采购过程，请按照PMBOK框架的要求使用。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PMBOK指南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