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项目报告模板</w:t>
      </w:r>
    </w:p>
    <w:p>
      <w:pPr>
        <w:jc w:val="center"/>
      </w:pPr>
      <w:r>
        <w:rPr>
          <w:color w:val="666666"/>
          <w:sz w:val="28"/>
        </w:rPr>
        <w:t>PMBOK | 管理沟通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项目报告模板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PMBOK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管理沟通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向干系人传达项目信息的标准报告模板，包含状态、问题和风险。</w:t>
      </w:r>
    </w:p>
    <w:p>
      <w:pPr>
        <w:pStyle w:val="Heading1"/>
      </w:pPr>
      <w:r>
        <w:t>2. 内容</w:t>
      </w:r>
    </w:p>
    <w:p>
      <w:r>
        <w:t>请根据实际项目情况填写以下内容。本模板基于PMBOK框架的管理沟通过程编制，适用于相关项目管理活动。</w:t>
      </w:r>
    </w:p>
    <w:p>
      <w:pPr>
        <w:pStyle w:val="Heading2"/>
      </w:pPr>
      <w:r>
        <w:t>2.1 输出物说明</w:t>
      </w:r>
    </w:p>
    <w:p>
      <w:r>
        <w:t>本输出物是管理沟通过程的关键交付物，应按照PMBOK框架的要求进行编制。</w:t>
      </w:r>
    </w:p>
    <w:p>
      <w:pPr>
        <w:pStyle w:val="Heading2"/>
      </w:pPr>
      <w:r>
        <w:t>2.2 输出物内容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项目名称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编制人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审核人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日期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状态</w:t>
            </w:r>
          </w:p>
        </w:tc>
        <w:tc>
          <w:tcPr>
            <w:tcW w:type="dxa" w:w="4320"/>
          </w:tcPr>
          <w:p>
            <w:r>
              <w:t>草稿</w:t>
            </w:r>
          </w:p>
        </w:tc>
      </w:tr>
    </w:tbl>
    <w:p>
      <w:pPr>
        <w:pStyle w:val="Heading2"/>
      </w:pPr>
      <w:r>
        <w:t>2.3 详细说明</w:t>
      </w:r>
    </w:p>
    <w:p>
      <w:r>
        <w:t>[请在此处填写详细内容]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PMBOK指南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