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治理框架模板</w:t>
      </w:r>
    </w:p>
    <w:p>
      <w:pPr>
        <w:jc w:val="center"/>
      </w:pPr>
      <w:r>
        <w:rPr>
          <w:color w:val="666666"/>
          <w:sz w:val="28"/>
        </w:rPr>
        <w:t>CMMI | 建立和维持治理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治理框架模板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CMMI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建立和维持治理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定义组织治理结构、决策机制和问责体系的文档模板。</w:t>
      </w:r>
    </w:p>
    <w:p>
      <w:pPr>
        <w:pStyle w:val="Heading1"/>
      </w:pPr>
      <w:r>
        <w:t>2. 内容</w:t>
      </w:r>
    </w:p>
    <w:p>
      <w:r>
        <w:t>请根据实际项目情况填写以下内容。本模板基于CMMI框架的建立和维持治理过程编制，适用于相关项目管理活动。</w:t>
      </w:r>
    </w:p>
    <w:p>
      <w:pPr>
        <w:pStyle w:val="Heading2"/>
      </w:pPr>
      <w:r>
        <w:t>2.1 输出物说明</w:t>
      </w:r>
    </w:p>
    <w:p>
      <w:r>
        <w:t>本输出物是建立和维持治理过程的关键交付物，应按照CMMI框架的要求进行编制。</w:t>
      </w:r>
    </w:p>
    <w:p>
      <w:pPr>
        <w:pStyle w:val="Heading2"/>
      </w:pPr>
      <w:r>
        <w:t>2.2 输出物内容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项目名称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编制人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审核人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日期</w:t>
            </w:r>
          </w:p>
        </w:tc>
        <w:tc>
          <w:tcPr>
            <w:tcW w:type="dxa" w:w="4320"/>
          </w:tcPr>
          <w:p>
            <w:r>
              <w:t>[请填写]</w:t>
            </w:r>
          </w:p>
        </w:tc>
      </w:tr>
      <w:tr>
        <w:tc>
          <w:tcPr>
            <w:tcW w:type="dxa" w:w="4320"/>
          </w:tcPr>
          <w:p>
            <w:r>
              <w:t>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状态</w:t>
            </w:r>
          </w:p>
        </w:tc>
        <w:tc>
          <w:tcPr>
            <w:tcW w:type="dxa" w:w="4320"/>
          </w:tcPr>
          <w:p>
            <w:r>
              <w:t>草稿</w:t>
            </w:r>
          </w:p>
        </w:tc>
      </w:tr>
    </w:tbl>
    <w:p>
      <w:pPr>
        <w:pStyle w:val="Heading2"/>
      </w:pPr>
      <w:r>
        <w:t>2.3 详细说明</w:t>
      </w:r>
    </w:p>
    <w:p>
      <w:r>
        <w:t>[请在此处填写详细内容]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CMMI指南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