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敏捷团队章程模板</w:t>
      </w:r>
    </w:p>
    <w:p>
      <w:pPr>
        <w:jc w:val="center"/>
      </w:pPr>
      <w:r>
        <w:rPr>
          <w:color w:val="666666"/>
          <w:sz w:val="28"/>
        </w:rPr>
        <w:t>SAFe | 敏捷团队形成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敏捷团队章程模板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SAFe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敏捷团队形成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敏捷团队章程模板，定义团队价值观、工作协议、完成定义和角色职责。</w:t>
      </w:r>
    </w:p>
    <w:p>
      <w:pPr>
        <w:pStyle w:val="Heading1"/>
      </w:pPr>
      <w:r>
        <w:t>2. 内容</w:t>
      </w:r>
    </w:p>
    <w:p>
      <w:r>
        <w:t>请根据实际项目情况填写以下内容。本模板基于SAFe框架的敏捷团队形成过程编制，适用于相关项目管理活动。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本输出物是敏捷团队形成过程的关键交付物，应按照SAFe框架的要求进行编制。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SAFe指南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