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原型迭代计划模板</w:t>
      </w:r>
    </w:p>
    <w:p>
      <w:pPr>
        <w:jc w:val="center"/>
      </w:pPr>
      <w:r>
        <w:rPr>
          <w:color w:val="666666"/>
          <w:sz w:val="28"/>
        </w:rPr>
        <w:t>NPDP | 快速原型开发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原型迭代计划模板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NPDP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快速原型开发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规划原型迭代周期和改进迭代的计划模板。</w:t>
      </w:r>
    </w:p>
    <w:p>
      <w:pPr>
        <w:pStyle w:val="Heading1"/>
      </w:pPr>
      <w:r>
        <w:t>2. 内容</w:t>
      </w:r>
    </w:p>
    <w:p>
      <w:r>
        <w:t>请根据实际项目情况填写以下内容。本模板基于NPDP框架的快速原型开发过程编制，适用于相关项目管理活动。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本工具用于辅助快速原型开发过程，请按照NPDP框架的要求使用。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NPDP指南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