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技术可行性评估模板</w:t>
      </w:r>
    </w:p>
    <w:p>
      <w:pPr>
        <w:jc w:val="center"/>
      </w:pPr>
      <w:r>
        <w:rPr>
          <w:color w:val="666666"/>
          <w:sz w:val="28"/>
        </w:rPr>
        <w:t>NPDP | 技术可行性评估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技术可行性评估模板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NPDP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技术可行性评估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评估技术能力、成熟度和风险的评估模板，包含技术方案建议。</w:t>
      </w:r>
    </w:p>
    <w:p>
      <w:pPr>
        <w:pStyle w:val="Heading1"/>
      </w:pPr>
      <w:r>
        <w:t>2. 内容</w:t>
      </w:r>
    </w:p>
    <w:p>
      <w:r>
        <w:t>请根据实际项目情况填写以下内容。本模板基于NPDP框架的技术可行性评估过程编制，适用于相关项目管理活动。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本工具用于辅助技术可行性评估过程，请按照NPDP框架的要求使用。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NPDP指南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